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RU-6820  Aliphatic Matte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Matte 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matte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rebound and excellent extensibility.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covering power and uniformity.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Matte characteristics with flex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 wide range of leather, synthetic leather, microfiber PU leather and related coating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RU-6820  脂肪族消光聚氨酯树脂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水性消光聚氨酯树脂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脂肪族的消光聚氨酯分散乳液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回弹力强，延伸力极佳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良好遮盖性，均匀性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具有消光特征，耐曲挠性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可以广泛地使用各类皮革、合成革、超纤PU革、涂层等。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RU-6820 TDS</dc:title>
  <dc:subject>Technical Data Sheet</dc:subject>
  <dc:creator>FAST / 富可耐</dc:creator>
  <cp:keywords>FAST, TDS, RU-6820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