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RU-6860  Matte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Matte 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matte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Abrasion and scratch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Smooth appearance and soft hand.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a wide range of leather and synthetic/microfiber leather (PU/PVC), including automotive leather, furniture leather and luggage. A crosslinker may be added to improve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RU-6860  哑光聚氨酯树脂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水性消光聚氨酯树脂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脂肪族哑光聚氨酯分散乳液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优异的耐冷曲挠性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耐磨抗刮性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平滑的外观，柔软手感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±35%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可以广泛地使用各类皮革，合成革，超纤（PU、PVC）汽车革，家具革，箱包，加入交联剂可提高物理性能。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RU-6860 TDS</dc:title>
  <dc:subject>Technical Data Sheet</dc:subject>
  <dc:creator>FAST / 富可耐</dc:creator>
  <cp:keywords>FAST, TDS, RU-6860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