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SW-175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SW-175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绵柔手感剂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手感剂 / Hand-feel additives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约9%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透明微黄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特性：细腻、干滑，绵软强，丝滑感， 耐干湿擦及防粘性</w:t>
      </w:r>
    </w:p>
    <w:p>
      <w:r>
        <w:t>应用：各类皮革顶涂层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