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SW-18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SW-18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无塑手感剂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手感剂 / Hand-feel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约18%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特性：赋予皮革涂层极好丝滑，抗粘 性，耐磨擦性和光泽</w:t>
      </w:r>
    </w:p>
    <w:p>
      <w:r>
        <w:t>应用：各类皮革顶涂层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