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SW-531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SW-531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肤感手感剂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手感剂 / Hand-feel additives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约28%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特性：棉丝滑感，肤感特征舒适耐胶带 性能特优，提高涂层耐磨耗性</w:t>
      </w:r>
    </w:p>
    <w:p>
      <w:r>
        <w:t>应用：各类皮革顶涂层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