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SW-86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SW-86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肤感手感剂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手感剂 / Hand-feel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特性：细腻丝绸的手感，使用在皮革表 面上，有润滑的触感，同时赋予 皮革表面柔软自然丝绸感肤感</w:t>
      </w:r>
    </w:p>
    <w:p>
      <w:r>
        <w:t>应用：各类皮革顶涂层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