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TR-1001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TR-1001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水性填充丙烯酸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特性：即可作为粘着层填充渗透使用， 粒面非常紧实，不会皮革变硬， 耐水性好，粒面清晰</w:t>
      </w:r>
    </w:p>
    <w:p>
      <w:r>
        <w:t>应用：填充皮、开边 珠、漆皮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