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TR-1005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TR-1005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微白透明液体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特性：成膜通透，手感柔软；接着性好，耐水及耐溶剂干湿擦性能极佳；适合合成革印花；遮盖性很好</w:t>
      </w:r>
    </w:p>
    <w:p>
      <w:r>
        <w:t>应用：合成革印花、刮板使用涂层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