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TR-1008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TR-1008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自交联丙烯 酸树脂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半透明液体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中软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特性：很好的耐甲苯性能，耐干鼓摔软 性，成膜柔软透明且弹性极佳， 增加防水性，优异的自交联性能</w:t>
      </w:r>
    </w:p>
    <w:p>
      <w:r>
        <w:t>应用：沙发革、服装 革、二层革、修 面革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