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TR-1012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TR-1012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柔软丙烯酸树脂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 / Acrylic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约15%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半透明液体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特性：作为顶底涂的树脂，有很好抗切 性，保持粒面清晰，耐曲折性， 耐寒性，赋予皮革有很好的柔软 手感</w:t>
      </w:r>
    </w:p>
    <w:p>
      <w:r>
        <w:t>应用：沙发革、服装 革、二层革、修 面革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