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TR-1019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TR-1019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柔软丙烯酸树脂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约17%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特性：有非常好的柔软性，延伸力大，耐 水性好</w:t>
      </w:r>
    </w:p>
    <w:p>
      <w:r>
        <w:t>应用：沙发革、服装 革、二层革、修 面革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