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TR-1202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TR-1202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约17%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特性：压花定型好，不切浆，抗水性特 强，非常好耐曲折，弹性好，折 叠性好，耐摔性特优，耐低温零 下30℃</w:t>
      </w:r>
    </w:p>
    <w:p>
      <w:r>
        <w:t>应用：鞋面、家具、箱 包、沙发革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