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TR-1221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TR-1221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水性填充树脂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特性：用于填充和底涂渗透性，有助于 松散的原皮粒面变得紧实</w:t>
      </w:r>
    </w:p>
    <w:p>
      <w:r>
        <w:t>应用：填充皮、开边 珠、漆皮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