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TR-1227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TR-1227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超微粒丙烯酸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特性：具有细分子超微粒，极强的渗透 性和粘着力，填充后粒面清晰，观 感自然，能保持皮身紧实度，保 持特优软度</w:t>
      </w:r>
    </w:p>
    <w:p>
      <w:r>
        <w:t>应用：填充皮、开边 珠、漆皮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