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TU-2511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TU-2511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 / Composite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特性：轻涂饰和自然感粒面皮革，具有 很好遮盖性，耐寒性，耐曲挠性 特优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