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TU-2512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TU-2512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综合树脂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综合树脂 / Composite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特性：白色不透明的膜柔软有弹性，抗 切割性强，特优耐摔性，成膜不 粘</w:t>
      </w:r>
    </w:p>
    <w:p>
      <w:r>
        <w:t>应用：各类皮革中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