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TU-2515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TU-2515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 / Composite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特性：半透明成膜柔软具有弹性，耐摔 性，遮盖性，成膜不粘，丰满度 强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