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W-106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W-106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紫白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W 系列颜料膏 / W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1.76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7-8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