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W-402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W-402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柑红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 系列颜料膏 / W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1.08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