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W-503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W-503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红棕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 系列颜料膏 / W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1.56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正本酯（原稿标注）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