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W-602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W-602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青口蓝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 系列颜料膏 / W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