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W-901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W-901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纯黑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 系列颜料膏 / W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1.12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正本酯（原稿标注）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