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WH-101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WH-101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纯白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 系列颜料膏 / WH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1.76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4.5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