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WH-208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WH-208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金黄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 系列颜料膏 / WH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4.5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