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WH-404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WH-404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特殊大红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 系列颜料膏 / WH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1.08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4.5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