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WH-907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WH-907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WH 系列颜料膏 / WH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