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WH-909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WH-909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黑色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WH 系列颜料膏 / WH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1.17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