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WH-932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WH-932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桃红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WH 系列颜料膏 / WH pigment series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比重（原稿值）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1.08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耐光性（单色）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耐光性（配白）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耐迁移（对 PVC）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耐甲苯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应用：水性皮革涂饰（系列方向）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