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X-18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X-18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耐磨消光蜡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水性蜡乳液及消光剂 / Wax and matting additives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30±2%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特性：少量添加即可大幅提升涂层耐磨耐干湿擦，显著降低涂层光泽</w:t>
      </w:r>
    </w:p>
    <w:p>
      <w:r>
        <w:t>应用：底涂，光油层</w:t>
      </w:r>
    </w:p>
    <w:p>
      <w:r>
        <w:t>应用类别：水性油墨和印刷材料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