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Y-121  Yellow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Yellow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Y-121  黄色染料水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黄色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Y-121 TDS</dc:title>
  <dc:subject>Technical Data Sheet</dc:subject>
  <dc:creator>FAST / 富可耐</dc:creator>
  <cp:keywords>FAST, TDS, Y-121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