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Y-179  Lemon Yellow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Lemon Yellow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Y-179  柠檬黄染料水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柠檬黄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Y-179 TDS</dc:title>
  <dc:subject>Technical Data Sheet</dc:subject>
  <dc:creator>FAST / 富可耐</dc:creator>
  <cp:keywords>FAST, TDS, Y-179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