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Y-308  Bright Red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Bright Red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2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1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Y-308  大红染料水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大红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2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1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Y-308 TDS</dc:title>
  <dc:subject>Technical Data Sheet</dc:subject>
  <dc:creator>FAST / 富可耐</dc:creator>
  <cp:keywords>FAST, TDS, Y-308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