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Y-322  Violet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Violet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4-5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2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1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Y-322  紫色染料水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紫色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4-5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2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1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Y-322 TDS</dc:title>
  <dc:subject>Technical Data Sheet</dc:subject>
  <dc:creator>FAST / 富可耐</dc:creator>
  <cp:keywords>FAST, TDS, Y-322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