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Y-327  Pink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Pink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Y-327  桃红染料水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桃红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Y-327 TDS</dc:title>
  <dc:subject>Technical Data Sheet</dc:subject>
  <dc:creator>FAST / 富可耐</dc:creator>
  <cp:keywords>FAST, TDS, Y-327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