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Y-412  Brown Water-Based Dye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Y-Series High-Concentration Water-Based Dyes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Y-Series High-Concentration Water-Based Dye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Can be diluted with organic solvent and water.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color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Bright shades with good physical resistance and lightfastness.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penetration and level-dyeing characteristics on leather.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Easy to use with broad applicability and no special dilution solution required.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acid and 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that all dyes meet its azo-test requirements and do not contain nonylphenol; product-specific verification is required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Brown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Water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1)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2)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Wash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Dry-Cleaning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Toluene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The source manual emphasizes leather penetration, level dyeing and broad applicability, but does not provide a single end-use application list for each shade.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does not provide separate storage conditions for the Y series. Confirm current handling and storage requirements with FAST technical documentation.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physical-property table contains two columns both labeled “Acid Resistance”; they are retained here as Acid Resistance (Column 1) and (Column 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Y-412  棕色染料水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具有使用有机溶剂与水稀释之特性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有很好的颜色耐迁移性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色泽鲜艳、物理耐性佳、耐光性优良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有极佳之皮革渗透均染特性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容易操作及广泛实用性且不需特殊稀释溶液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品质优良耐酸碱性佳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所有染料偶氮检测符合要求，且不含壬基酚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颜色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棕色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耐水性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耐酸性（列1）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耐酸性（列2）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耐干洗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耐甲苯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原说明书强调皮革渗透均染特性及广泛适用性，未列出单一终端应用清单。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原说明书未单独列出Y系列储存条件；使用与储存要求请以FAST当前技术资料为准。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原说明书物性表包含两个均标为“耐酸性”的栏位；本TDS按原表保留为“耐酸性（列1）/（列2）”。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Y-412 TDS</dc:title>
  <dc:subject>Technical Data Sheet</dc:subject>
  <dc:creator>FAST / 富可耐</dc:creator>
  <cp:keywords>FAST, TDS, Y-412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