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Y-616  Special Green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Special Green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Y-616  特绿染料水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特绿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Y-616 TDS</dc:title>
  <dc:subject>Technical Data Sheet</dc:subject>
  <dc:creator>FAST / 富可耐</dc:creator>
  <cp:keywords>FAST, TDS, Y-616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