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Y-821  Pure Black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Pure Black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Y-821  纯黑染料水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纯黑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6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3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Y-821 TDS</dc:title>
  <dc:subject>Technical Data Sheet</dc:subject>
  <dc:creator>FAST / 富可耐</dc:creator>
  <cp:keywords>FAST, TDS, Y-821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