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Y-827  Blue-Shade Black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Blue-Shade Black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2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Y-827  蓝口黑染料水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蓝口黑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2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Y-827 TDS</dc:title>
  <dc:subject>Technical Data Sheet</dc:subject>
  <dc:creator>FAST / 富可耐</dc:creator>
  <cp:keywords>FAST, TDS, Y-827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